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1B03C" w14:textId="77777777" w:rsidR="005A5D74" w:rsidRDefault="005A5D74" w:rsidP="005A5D74">
      <w:pPr>
        <w:pStyle w:val="Heading1"/>
        <w:jc w:val="right"/>
      </w:pPr>
      <w:r>
        <w:rPr>
          <w:noProof/>
        </w:rPr>
        <w:drawing>
          <wp:anchor distT="0" distB="0" distL="114300" distR="114300" simplePos="0" relativeHeight="251658240" behindDoc="1" locked="0" layoutInCell="1" allowOverlap="1" wp14:anchorId="405F3B65" wp14:editId="057EB5C7">
            <wp:simplePos x="0" y="0"/>
            <wp:positionH relativeFrom="column">
              <wp:posOffset>3101340</wp:posOffset>
            </wp:positionH>
            <wp:positionV relativeFrom="paragraph">
              <wp:posOffset>-190500</wp:posOffset>
            </wp:positionV>
            <wp:extent cx="2810256" cy="1408176"/>
            <wp:effectExtent l="0" t="0" r="0" b="1905"/>
            <wp:wrapNone/>
            <wp:docPr id="325686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86767" name="Picture 325686767"/>
                    <pic:cNvPicPr/>
                  </pic:nvPicPr>
                  <pic:blipFill>
                    <a:blip r:embed="rId6"/>
                    <a:stretch>
                      <a:fillRect/>
                    </a:stretch>
                  </pic:blipFill>
                  <pic:spPr>
                    <a:xfrm>
                      <a:off x="0" y="0"/>
                      <a:ext cx="2810256" cy="1408176"/>
                    </a:xfrm>
                    <a:prstGeom prst="rect">
                      <a:avLst/>
                    </a:prstGeom>
                  </pic:spPr>
                </pic:pic>
              </a:graphicData>
            </a:graphic>
            <wp14:sizeRelH relativeFrom="page">
              <wp14:pctWidth>0</wp14:pctWidth>
            </wp14:sizeRelH>
            <wp14:sizeRelV relativeFrom="page">
              <wp14:pctHeight>0</wp14:pctHeight>
            </wp14:sizeRelV>
          </wp:anchor>
        </w:drawing>
      </w:r>
    </w:p>
    <w:p w14:paraId="44E098B7" w14:textId="3492C2D7" w:rsidR="004072CE" w:rsidRDefault="00000000" w:rsidP="005A5D74">
      <w:pPr>
        <w:pStyle w:val="Heading1"/>
      </w:pPr>
      <w:r>
        <w:t>LEGACY PLEDGE FORM</w:t>
      </w:r>
    </w:p>
    <w:p w14:paraId="774F9060" w14:textId="63C00854" w:rsidR="004072CE" w:rsidRPr="005A5D74" w:rsidRDefault="005A5D74" w:rsidP="005A5D74">
      <w:pPr>
        <w:rPr>
          <w:b/>
          <w:bCs/>
        </w:rPr>
      </w:pPr>
      <w:r w:rsidRPr="005A5D74">
        <w:rPr>
          <w:b/>
          <w:bCs/>
        </w:rPr>
        <w:t>WYE VALLEY CHAMBER MUSIC</w:t>
      </w:r>
    </w:p>
    <w:p w14:paraId="5CF8F4FB" w14:textId="1D10E78D" w:rsidR="004072CE" w:rsidRDefault="00000000">
      <w:r>
        <w:t xml:space="preserve">Thank you for considering a gift to </w:t>
      </w:r>
      <w:r w:rsidR="005A5D74">
        <w:t>Wye Valley Chamber Music</w:t>
      </w:r>
      <w:r>
        <w:t xml:space="preserve"> in your will.</w:t>
      </w:r>
      <w:r>
        <w:br/>
        <w:t>If you have included (or intend to include) us in your will, we would be very grateful if you would let us know.</w:t>
      </w:r>
      <w:r w:rsidR="005A5D74">
        <w:t xml:space="preserve"> </w:t>
      </w:r>
      <w:r>
        <w:t>This form is not legally binding and does not restrict your freedom to amend your will at any time. It simply helps us thank you and plan for the future.</w:t>
      </w:r>
    </w:p>
    <w:p w14:paraId="55DB23F0" w14:textId="61187E84" w:rsidR="004072CE" w:rsidRDefault="00000000">
      <w:pPr>
        <w:pStyle w:val="Heading2"/>
      </w:pPr>
      <w:r>
        <w:t>1. YOUR DETAILS</w:t>
      </w:r>
    </w:p>
    <w:p w14:paraId="52FE9776" w14:textId="77777777" w:rsidR="004072CE" w:rsidRDefault="00000000">
      <w:r>
        <w:t>Full name: _______________________________________________</w:t>
      </w:r>
    </w:p>
    <w:p w14:paraId="46FCBAD9" w14:textId="32589631" w:rsidR="004072CE" w:rsidRDefault="00000000">
      <w:r>
        <w:t>Address: ________________________________________________________________________________________________________</w:t>
      </w:r>
    </w:p>
    <w:p w14:paraId="6898E581" w14:textId="77777777" w:rsidR="004072CE" w:rsidRDefault="00000000">
      <w:r>
        <w:t>Postcode: ______________________</w:t>
      </w:r>
    </w:p>
    <w:p w14:paraId="1CF0DE37" w14:textId="03EE1E99" w:rsidR="004072CE" w:rsidRDefault="00000000">
      <w:r>
        <w:t>Telephone (optional): _________________________________Email:______________________________________</w:t>
      </w:r>
    </w:p>
    <w:p w14:paraId="5F89A0BF" w14:textId="77777777" w:rsidR="004072CE" w:rsidRDefault="00000000">
      <w:pPr>
        <w:pStyle w:val="Heading2"/>
      </w:pPr>
      <w:r>
        <w:br/>
        <w:t>2. MY LEGACY GIFT</w:t>
      </w:r>
    </w:p>
    <w:p w14:paraId="3DE8A524" w14:textId="3FD5D56F" w:rsidR="004072CE" w:rsidRDefault="00000000">
      <w:r>
        <w:t xml:space="preserve">☐ I have already included </w:t>
      </w:r>
      <w:r w:rsidR="005A5D74">
        <w:t>Wye Valley Chamber Music</w:t>
      </w:r>
      <w:r>
        <w:t xml:space="preserve"> in my will</w:t>
      </w:r>
    </w:p>
    <w:p w14:paraId="2114232E" w14:textId="40ECDB96" w:rsidR="004072CE" w:rsidRDefault="00000000">
      <w:r>
        <w:t xml:space="preserve">☐ I intend to include </w:t>
      </w:r>
      <w:r w:rsidR="005A5D74">
        <w:t>Wye Valley Chamber Music</w:t>
      </w:r>
      <w:r>
        <w:t xml:space="preserve"> in my will</w:t>
      </w:r>
    </w:p>
    <w:p w14:paraId="1C967208" w14:textId="77777777" w:rsidR="004072CE" w:rsidRDefault="00000000">
      <w:r>
        <w:t>☐ I am considering leaving a gift and would like more information</w:t>
      </w:r>
    </w:p>
    <w:p w14:paraId="52A159F9" w14:textId="77777777" w:rsidR="004072CE" w:rsidRDefault="00000000">
      <w:r>
        <w:br/>
        <w:t>Type of gift (if known):</w:t>
      </w:r>
    </w:p>
    <w:p w14:paraId="130580B9" w14:textId="77777777" w:rsidR="004072CE" w:rsidRDefault="00000000">
      <w:r>
        <w:t>☐ Residuary gift (a percentage of my estate)</w:t>
      </w:r>
    </w:p>
    <w:p w14:paraId="5527F5D3" w14:textId="77777777" w:rsidR="004072CE" w:rsidRDefault="00000000">
      <w:r>
        <w:t>☐ Pecuniary gift (a fixed sum)</w:t>
      </w:r>
    </w:p>
    <w:p w14:paraId="790E7777" w14:textId="77777777" w:rsidR="004072CE" w:rsidRDefault="00000000">
      <w:r>
        <w:t>☐ Specific gift (e.g. shares, property, instrument, other asset)</w:t>
      </w:r>
    </w:p>
    <w:p w14:paraId="3B0A0BF0" w14:textId="77777777" w:rsidR="004072CE" w:rsidRDefault="00000000">
      <w:r>
        <w:t>☐ I prefer not to say</w:t>
      </w:r>
    </w:p>
    <w:p w14:paraId="0B78CBD6" w14:textId="77777777" w:rsidR="004072CE" w:rsidRDefault="00000000">
      <w:r>
        <w:br/>
        <w:t>Estimated value or percentage (optional):</w:t>
      </w:r>
    </w:p>
    <w:p w14:paraId="34307575" w14:textId="77777777" w:rsidR="004072CE" w:rsidRDefault="00000000">
      <w:r>
        <w:t>__________________________________________________________</w:t>
      </w:r>
    </w:p>
    <w:p w14:paraId="4216E37E" w14:textId="77777777" w:rsidR="004072CE" w:rsidRDefault="00000000">
      <w:pPr>
        <w:pStyle w:val="Heading2"/>
      </w:pPr>
      <w:r>
        <w:lastRenderedPageBreak/>
        <w:br/>
        <w:t>3. USE OF MY GIFT</w:t>
      </w:r>
    </w:p>
    <w:p w14:paraId="03223863" w14:textId="77777777" w:rsidR="004072CE" w:rsidRDefault="00000000">
      <w:r>
        <w:t>☐ I would like my gift to be used where the need is greatest (recommended)</w:t>
      </w:r>
    </w:p>
    <w:p w14:paraId="52D9D8C0" w14:textId="77777777" w:rsidR="004072CE" w:rsidRDefault="00000000">
      <w:r>
        <w:t>☐ I would like my gift to support the following area:</w:t>
      </w:r>
    </w:p>
    <w:p w14:paraId="0A5D0CBB" w14:textId="77777777" w:rsidR="004072CE" w:rsidRDefault="00000000">
      <w:r>
        <w:t>__________________________________________________________</w:t>
      </w:r>
    </w:p>
    <w:p w14:paraId="2EBE1749" w14:textId="77777777" w:rsidR="004072CE" w:rsidRDefault="00000000">
      <w:r>
        <w:t>Please note: while we will always try to honour your wishes, in some circumstances it may be necessary to use the gift for related charitable purposes.</w:t>
      </w:r>
    </w:p>
    <w:p w14:paraId="4D900B95" w14:textId="77777777" w:rsidR="004072CE" w:rsidRDefault="00000000">
      <w:pPr>
        <w:pStyle w:val="Heading2"/>
      </w:pPr>
      <w:r>
        <w:br/>
        <w:t>4. RECOGNITION</w:t>
      </w:r>
    </w:p>
    <w:p w14:paraId="2A193895" w14:textId="167426CE" w:rsidR="004072CE" w:rsidRDefault="00000000">
      <w:r>
        <w:t>☐ I am happy to be acknowledged as a</w:t>
      </w:r>
      <w:r w:rsidR="005A5D74">
        <w:t xml:space="preserve"> Legacy Donor in concert programmes and on the website</w:t>
      </w:r>
    </w:p>
    <w:p w14:paraId="249C83B9" w14:textId="77777777" w:rsidR="004072CE" w:rsidRDefault="00000000">
      <w:r>
        <w:t>☐ I would prefer my gift to remain anonymous</w:t>
      </w:r>
    </w:p>
    <w:p w14:paraId="237610A6" w14:textId="77777777" w:rsidR="004072CE" w:rsidRDefault="00000000">
      <w:r>
        <w:t>☐ Please discuss recognition options with me</w:t>
      </w:r>
    </w:p>
    <w:p w14:paraId="03696BE0" w14:textId="77777777" w:rsidR="004072CE" w:rsidRDefault="00000000">
      <w:pPr>
        <w:pStyle w:val="Heading2"/>
      </w:pPr>
      <w:r>
        <w:br/>
        <w:t>5. STAYING IN TOUCH</w:t>
      </w:r>
    </w:p>
    <w:p w14:paraId="7E5C335B" w14:textId="77777777" w:rsidR="004072CE" w:rsidRDefault="00000000">
      <w:r>
        <w:t>☐ I am happy to receive occasional updates about the impact of legacy gifts</w:t>
      </w:r>
    </w:p>
    <w:p w14:paraId="322B3919" w14:textId="77777777" w:rsidR="004072CE" w:rsidRDefault="00000000">
      <w:r>
        <w:t>☐ I would prefer not to receive legacy-related communications</w:t>
      </w:r>
    </w:p>
    <w:p w14:paraId="3F3A447B" w14:textId="77777777" w:rsidR="004072CE" w:rsidRDefault="00000000">
      <w:r>
        <w:t>You can change your communication preferences at any time.</w:t>
      </w:r>
    </w:p>
    <w:p w14:paraId="3961F8B4" w14:textId="77777777" w:rsidR="004072CE" w:rsidRDefault="00000000">
      <w:pPr>
        <w:pStyle w:val="Heading2"/>
      </w:pPr>
      <w:r>
        <w:br/>
        <w:t>6. DATA PROTECTION</w:t>
      </w:r>
    </w:p>
    <w:p w14:paraId="7E8ED8F2" w14:textId="3F9D9157" w:rsidR="004072CE" w:rsidRDefault="005A5D74">
      <w:r>
        <w:t>Wye Valley Chamber Music</w:t>
      </w:r>
      <w:r w:rsidR="00000000">
        <w:t xml:space="preserve"> will process your personal data in accordance with UK data protection legislation (including the UK GDPR). We will only use your information to administer your pledge and communicate with you in line with your preferences. </w:t>
      </w:r>
    </w:p>
    <w:p w14:paraId="4925A7A9" w14:textId="77777777" w:rsidR="004072CE" w:rsidRDefault="00000000">
      <w:r>
        <w:br/>
        <w:t>Signature: ____________________________________________</w:t>
      </w:r>
    </w:p>
    <w:p w14:paraId="449DE007" w14:textId="77777777" w:rsidR="004072CE" w:rsidRDefault="00000000">
      <w:r>
        <w:t>Date: ________________________________________________</w:t>
      </w:r>
    </w:p>
    <w:p w14:paraId="77A83A04" w14:textId="138DF972" w:rsidR="004072CE" w:rsidRDefault="00000000">
      <w:pPr>
        <w:pStyle w:val="Heading3"/>
      </w:pPr>
      <w:r>
        <w:t>Please return this form to:</w:t>
      </w:r>
    </w:p>
    <w:p w14:paraId="0BC6A49E" w14:textId="21CE194C" w:rsidR="004072CE" w:rsidRDefault="005A5D74" w:rsidP="005A5D74">
      <w:pPr>
        <w:spacing w:after="0" w:line="240" w:lineRule="auto"/>
      </w:pPr>
      <w:r>
        <w:t>Victoria MacManus, Festival Manager, Wye Valley Chamber Music</w:t>
      </w:r>
    </w:p>
    <w:p w14:paraId="6571E0C2" w14:textId="2DC1F9BE" w:rsidR="005A5D74" w:rsidRDefault="005A5D74" w:rsidP="005A5D74">
      <w:pPr>
        <w:spacing w:after="0" w:line="240" w:lineRule="auto"/>
      </w:pPr>
      <w:r>
        <w:t>Northridge House, Usk Road, Shirenewton, Monmouthshire, NP16 6RZ</w:t>
      </w:r>
    </w:p>
    <w:p w14:paraId="7FC13187" w14:textId="31912CEA" w:rsidR="005A5D74" w:rsidRDefault="005A5D74" w:rsidP="005A5D74">
      <w:pPr>
        <w:spacing w:after="0" w:line="240" w:lineRule="auto"/>
      </w:pPr>
      <w:hyperlink r:id="rId7" w:history="1">
        <w:r w:rsidRPr="004B509F">
          <w:rPr>
            <w:rStyle w:val="Hyperlink"/>
          </w:rPr>
          <w:t>info@wyevalleyfestival.com</w:t>
        </w:r>
      </w:hyperlink>
    </w:p>
    <w:p w14:paraId="42B0236E" w14:textId="77777777" w:rsidR="005A5D74" w:rsidRDefault="005A5D74" w:rsidP="005A5D74">
      <w:pPr>
        <w:spacing w:after="0" w:line="240" w:lineRule="auto"/>
      </w:pPr>
    </w:p>
    <w:p w14:paraId="62C2000A" w14:textId="3CD5C3C8" w:rsidR="004072CE" w:rsidRDefault="00000000" w:rsidP="005A5D74">
      <w:pPr>
        <w:spacing w:after="0" w:line="240" w:lineRule="auto"/>
      </w:pPr>
      <w:r>
        <w:t xml:space="preserve">Registered charity number: </w:t>
      </w:r>
      <w:r w:rsidR="005A5D74">
        <w:t>1100171</w:t>
      </w:r>
      <w:r w:rsidR="005A5D74">
        <w:tab/>
      </w:r>
      <w:r w:rsidR="005A5D74">
        <w:tab/>
        <w:t xml:space="preserve"> Registered Company No: 04762005</w:t>
      </w:r>
    </w:p>
    <w:sectPr w:rsidR="004072C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8999922">
    <w:abstractNumId w:val="8"/>
  </w:num>
  <w:num w:numId="2" w16cid:durableId="838889849">
    <w:abstractNumId w:val="6"/>
  </w:num>
  <w:num w:numId="3" w16cid:durableId="1056585822">
    <w:abstractNumId w:val="5"/>
  </w:num>
  <w:num w:numId="4" w16cid:durableId="134489589">
    <w:abstractNumId w:val="4"/>
  </w:num>
  <w:num w:numId="5" w16cid:durableId="1039623311">
    <w:abstractNumId w:val="7"/>
  </w:num>
  <w:num w:numId="6" w16cid:durableId="986664786">
    <w:abstractNumId w:val="3"/>
  </w:num>
  <w:num w:numId="7" w16cid:durableId="1224214133">
    <w:abstractNumId w:val="2"/>
  </w:num>
  <w:num w:numId="8" w16cid:durableId="494145732">
    <w:abstractNumId w:val="1"/>
  </w:num>
  <w:num w:numId="9" w16cid:durableId="118301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072CE"/>
    <w:rsid w:val="005A5D74"/>
    <w:rsid w:val="00AA1D8D"/>
    <w:rsid w:val="00B47730"/>
    <w:rsid w:val="00CB0664"/>
    <w:rsid w:val="00EC49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D148A5"/>
  <w14:defaultImageDpi w14:val="300"/>
  <w15:docId w15:val="{B2C97A04-B18F-4E33-AFA9-F3A56FB71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A5D74"/>
    <w:rPr>
      <w:color w:val="0000FF" w:themeColor="hyperlink"/>
      <w:u w:val="single"/>
    </w:rPr>
  </w:style>
  <w:style w:type="character" w:styleId="UnresolvedMention">
    <w:name w:val="Unresolved Mention"/>
    <w:basedOn w:val="DefaultParagraphFont"/>
    <w:uiPriority w:val="99"/>
    <w:semiHidden/>
    <w:unhideWhenUsed/>
    <w:rsid w:val="005A5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wyevalleyfestiva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Victoria MacManus</cp:lastModifiedBy>
  <cp:revision>2</cp:revision>
  <dcterms:created xsi:type="dcterms:W3CDTF">2013-12-23T23:15:00Z</dcterms:created>
  <dcterms:modified xsi:type="dcterms:W3CDTF">2026-02-11T15:21:00Z</dcterms:modified>
  <cp:category/>
</cp:coreProperties>
</file>